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D7111" w14:textId="77777777" w:rsidR="007A10FA" w:rsidRPr="00626033" w:rsidRDefault="00C914DF">
      <w:pPr>
        <w:pStyle w:val="MAMeta"/>
        <w:rPr>
          <w:color w:val="auto"/>
          <w:lang w:val="es-EC"/>
        </w:rPr>
      </w:pPr>
      <w:r w:rsidRPr="00626033">
        <w:rPr>
          <w:b/>
          <w:color w:val="auto"/>
          <w:lang w:val="es-EC"/>
        </w:rPr>
        <w:t>ARTÍCULO CIENTÍFICO</w:t>
      </w:r>
    </w:p>
    <w:p w14:paraId="4367532C" w14:textId="77777777" w:rsidR="007A10FA" w:rsidRPr="00626033" w:rsidRDefault="00C914DF">
      <w:pPr>
        <w:pStyle w:val="MATitle"/>
        <w:rPr>
          <w:color w:val="auto"/>
          <w:lang w:val="es-EC"/>
        </w:rPr>
      </w:pPr>
      <w:r w:rsidRPr="00626033">
        <w:rPr>
          <w:i/>
          <w:color w:val="auto"/>
          <w:lang w:val="es-EC"/>
        </w:rPr>
        <w:t>[Título del artículo en español]</w:t>
      </w:r>
    </w:p>
    <w:p w14:paraId="6DEE8916" w14:textId="77777777" w:rsidR="007A10FA" w:rsidRPr="00626033" w:rsidRDefault="00C914DF">
      <w:pPr>
        <w:pStyle w:val="MATitleEN"/>
        <w:rPr>
          <w:color w:val="auto"/>
        </w:rPr>
      </w:pPr>
      <w:r w:rsidRPr="00626033">
        <w:rPr>
          <w:color w:val="auto"/>
        </w:rPr>
        <w:t>[Title of the article in English]</w:t>
      </w:r>
    </w:p>
    <w:p w14:paraId="730E037B" w14:textId="77777777" w:rsidR="007A10FA" w:rsidRPr="00626033" w:rsidRDefault="00C914DF">
      <w:pPr>
        <w:pStyle w:val="MAAuthors"/>
        <w:rPr>
          <w:color w:val="auto"/>
          <w:lang w:val="es-EC"/>
        </w:rPr>
      </w:pPr>
      <w:r w:rsidRPr="00626033">
        <w:rPr>
          <w:i/>
          <w:color w:val="auto"/>
          <w:lang w:val="es-EC"/>
        </w:rPr>
        <w:t>[Nombre completo del Autor 1¹] · [Nombre completo del Autor 2²] · [Autor 3³, si corresponde]</w:t>
      </w:r>
    </w:p>
    <w:p w14:paraId="7BA87480" w14:textId="77777777" w:rsidR="007A10FA" w:rsidRPr="00626033" w:rsidRDefault="00C914DF">
      <w:pPr>
        <w:pStyle w:val="MAAffil"/>
        <w:rPr>
          <w:color w:val="auto"/>
          <w:lang w:val="es-EC"/>
        </w:rPr>
      </w:pPr>
      <w:r w:rsidRPr="00626033">
        <w:rPr>
          <w:i/>
          <w:color w:val="auto"/>
          <w:lang w:val="es-EC"/>
        </w:rPr>
        <w:t xml:space="preserve">¹ [Institución, Facultad/Unidad, Carrera/Departamento, ciudad, país]. </w:t>
      </w:r>
      <w:r w:rsidRPr="00626033">
        <w:rPr>
          <w:i/>
          <w:color w:val="auto"/>
          <w:lang w:val="es-EC"/>
        </w:rPr>
        <w:t>ORCID: https://orcid.org/0000-0000-0000-0000 | correo@institucion.edu</w:t>
      </w:r>
    </w:p>
    <w:p w14:paraId="088A4538" w14:textId="77777777" w:rsidR="007A10FA" w:rsidRPr="00626033" w:rsidRDefault="00C914DF">
      <w:pPr>
        <w:pStyle w:val="MAAffil"/>
        <w:rPr>
          <w:color w:val="auto"/>
          <w:lang w:val="es-EC"/>
        </w:rPr>
      </w:pPr>
      <w:r w:rsidRPr="00626033">
        <w:rPr>
          <w:i/>
          <w:color w:val="auto"/>
          <w:lang w:val="es-EC"/>
        </w:rPr>
        <w:t>² [Institución, Facultad/Unidad, Carrera/Departamento, ciudad, país]. ORCID: https://orcid.org/0000-0000-0000-0000 | correo@institucion.edu</w:t>
      </w:r>
    </w:p>
    <w:p w14:paraId="3B8E2C6B" w14:textId="77777777" w:rsidR="007A10FA" w:rsidRPr="00626033" w:rsidRDefault="00C914DF">
      <w:pPr>
        <w:pStyle w:val="MAAffil"/>
        <w:rPr>
          <w:color w:val="auto"/>
          <w:lang w:val="es-EC"/>
        </w:rPr>
      </w:pPr>
      <w:r w:rsidRPr="00626033">
        <w:rPr>
          <w:i/>
          <w:color w:val="auto"/>
          <w:lang w:val="es-EC"/>
        </w:rPr>
        <w:t xml:space="preserve">Autor/a de correspondencia: [Nombre completo] </w:t>
      </w:r>
      <w:r w:rsidRPr="00626033">
        <w:rPr>
          <w:i/>
          <w:color w:val="auto"/>
          <w:lang w:val="es-EC"/>
        </w:rPr>
        <w:t>| [correo electrónico]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81"/>
        <w:gridCol w:w="3081"/>
        <w:gridCol w:w="3081"/>
      </w:tblGrid>
      <w:tr w:rsidR="00626033" w:rsidRPr="00626033" w14:paraId="633881DA" w14:textId="77777777">
        <w:trPr>
          <w:jc w:val="center"/>
        </w:trPr>
        <w:tc>
          <w:tcPr>
            <w:tcW w:w="3081" w:type="dxa"/>
            <w:shd w:val="clear" w:color="auto" w:fill="F5F8F9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84ACBC1" w14:textId="77777777" w:rsidR="007A10FA" w:rsidRPr="00626033" w:rsidRDefault="00C914DF">
            <w:pPr>
              <w:jc w:val="center"/>
            </w:pPr>
            <w:proofErr w:type="spellStart"/>
            <w:r w:rsidRPr="00626033">
              <w:rPr>
                <w:rFonts w:ascii="Arial" w:hAnsi="Arial"/>
                <w:sz w:val="15"/>
              </w:rPr>
              <w:t>Recibido</w:t>
            </w:r>
            <w:proofErr w:type="spellEnd"/>
            <w:r w:rsidRPr="00626033">
              <w:rPr>
                <w:rFonts w:ascii="Arial" w:hAnsi="Arial"/>
                <w:sz w:val="15"/>
              </w:rPr>
              <w:t>: [</w:t>
            </w:r>
            <w:proofErr w:type="spellStart"/>
            <w:r w:rsidRPr="00626033">
              <w:rPr>
                <w:rFonts w:ascii="Arial" w:hAnsi="Arial"/>
                <w:sz w:val="15"/>
              </w:rPr>
              <w:t>uso</w:t>
            </w:r>
            <w:proofErr w:type="spellEnd"/>
            <w:r w:rsidRPr="00626033">
              <w:rPr>
                <w:rFonts w:ascii="Arial" w:hAnsi="Arial"/>
                <w:sz w:val="15"/>
              </w:rPr>
              <w:t xml:space="preserve"> editorial]</w:t>
            </w:r>
          </w:p>
        </w:tc>
        <w:tc>
          <w:tcPr>
            <w:tcW w:w="3081" w:type="dxa"/>
            <w:shd w:val="clear" w:color="auto" w:fill="F5F8F9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8777E82" w14:textId="77777777" w:rsidR="007A10FA" w:rsidRPr="00626033" w:rsidRDefault="00C914DF">
            <w:pPr>
              <w:jc w:val="center"/>
            </w:pPr>
            <w:r w:rsidRPr="00626033">
              <w:rPr>
                <w:rFonts w:ascii="Arial" w:hAnsi="Arial"/>
                <w:sz w:val="15"/>
              </w:rPr>
              <w:t>Aceptado: [uso editorial]</w:t>
            </w:r>
          </w:p>
        </w:tc>
        <w:tc>
          <w:tcPr>
            <w:tcW w:w="3081" w:type="dxa"/>
            <w:shd w:val="clear" w:color="auto" w:fill="F5F8F9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B3D2170" w14:textId="77777777" w:rsidR="007A10FA" w:rsidRPr="00626033" w:rsidRDefault="00C914DF">
            <w:pPr>
              <w:jc w:val="center"/>
            </w:pPr>
            <w:r w:rsidRPr="00626033">
              <w:rPr>
                <w:rFonts w:ascii="Arial" w:hAnsi="Arial"/>
                <w:sz w:val="15"/>
              </w:rPr>
              <w:t>Publicado: [uso editorial]</w:t>
            </w:r>
          </w:p>
        </w:tc>
      </w:tr>
    </w:tbl>
    <w:p w14:paraId="09DA82EE" w14:textId="77777777" w:rsidR="007A10FA" w:rsidRPr="00626033" w:rsidRDefault="007A10F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242"/>
      </w:tblGrid>
      <w:tr w:rsidR="00626033" w:rsidRPr="00626033" w14:paraId="3922C0F1" w14:textId="77777777">
        <w:trPr>
          <w:jc w:val="center"/>
        </w:trPr>
        <w:tc>
          <w:tcPr>
            <w:tcW w:w="9242" w:type="dxa"/>
            <w:tcBorders>
              <w:top w:val="single" w:sz="8" w:space="0" w:color="17B8CA"/>
              <w:left w:val="single" w:sz="8" w:space="0" w:color="17B8CA"/>
              <w:bottom w:val="single" w:sz="8" w:space="0" w:color="17B8CA"/>
              <w:right w:val="single" w:sz="8" w:space="0" w:color="17B8CA"/>
            </w:tcBorders>
            <w:shd w:val="clear" w:color="auto" w:fill="EAF8F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EDDAC2B" w14:textId="77777777" w:rsidR="007A10FA" w:rsidRPr="00626033" w:rsidRDefault="00C914DF">
            <w:pPr>
              <w:rPr>
                <w:lang w:val="es-EC"/>
              </w:rPr>
            </w:pPr>
            <w:r w:rsidRPr="00626033">
              <w:rPr>
                <w:b/>
                <w:lang w:val="es-EC"/>
              </w:rPr>
              <w:t xml:space="preserve">Indicaciones para autores. </w:t>
            </w:r>
            <w:r w:rsidRPr="00626033">
              <w:rPr>
                <w:sz w:val="18"/>
                <w:lang w:val="es-EC"/>
              </w:rPr>
              <w:t>Utilice esta plantilla sin modificar márgenes, encabezado, pie de página ni estilos principales. Complete los campos entre co</w:t>
            </w:r>
            <w:r w:rsidRPr="00626033">
              <w:rPr>
                <w:sz w:val="18"/>
                <w:lang w:val="es-EC"/>
              </w:rPr>
              <w:t>rchetes y elimine todas las instrucciones antes del envío. La revista completará volumen, número, DOI y fechas editoriales después de la aceptación. Extensión orientativa del artículo: 4.000–7.000 palabras, según la naturaleza del estudio.</w:t>
            </w:r>
          </w:p>
        </w:tc>
      </w:tr>
    </w:tbl>
    <w:p w14:paraId="0550B6CB" w14:textId="77777777" w:rsidR="007A10FA" w:rsidRPr="00626033" w:rsidRDefault="00C914DF">
      <w:pPr>
        <w:pStyle w:val="MAH1"/>
        <w:keepNext/>
        <w:rPr>
          <w:color w:val="auto"/>
          <w:lang w:val="es-EC"/>
        </w:rPr>
      </w:pPr>
      <w:r w:rsidRPr="00626033">
        <w:rPr>
          <w:color w:val="auto"/>
          <w:lang w:val="es-EC"/>
        </w:rPr>
        <w:t>Resumen</w:t>
      </w:r>
    </w:p>
    <w:p w14:paraId="04814A0A" w14:textId="77777777" w:rsidR="007A10FA" w:rsidRPr="00626033" w:rsidRDefault="00C914DF">
      <w:pPr>
        <w:jc w:val="both"/>
        <w:rPr>
          <w:lang w:val="es-EC"/>
        </w:rPr>
      </w:pPr>
      <w:r w:rsidRPr="00626033">
        <w:rPr>
          <w:i/>
          <w:lang w:val="es-EC"/>
        </w:rPr>
        <w:t>[150–250 palabras. Incluya problema o contexto, objetivo, enfoque/diseño, participantes o muestra, instrumento, análisis principal, resultados más relevantes y conclusión. Evite citas bibliográficas en el resumen.]</w:t>
      </w:r>
    </w:p>
    <w:p w14:paraId="6F020F43" w14:textId="77777777" w:rsidR="007A10FA" w:rsidRPr="00626033" w:rsidRDefault="00C914DF">
      <w:pPr>
        <w:rPr>
          <w:lang w:val="es-EC"/>
        </w:rPr>
      </w:pPr>
      <w:r w:rsidRPr="00626033">
        <w:rPr>
          <w:b/>
          <w:lang w:val="es-EC"/>
        </w:rPr>
        <w:t xml:space="preserve">Palabras clave: </w:t>
      </w:r>
      <w:r w:rsidRPr="00626033">
        <w:rPr>
          <w:i/>
          <w:lang w:val="es-EC"/>
        </w:rPr>
        <w:t>[3–5 términos separados p</w:t>
      </w:r>
      <w:r w:rsidRPr="00626033">
        <w:rPr>
          <w:i/>
          <w:lang w:val="es-EC"/>
        </w:rPr>
        <w:t>or punto y coma]</w:t>
      </w:r>
    </w:p>
    <w:p w14:paraId="3D106EEE" w14:textId="77777777" w:rsidR="007A10FA" w:rsidRPr="00626033" w:rsidRDefault="00C914DF">
      <w:pPr>
        <w:pStyle w:val="MAH1"/>
        <w:keepNext/>
        <w:rPr>
          <w:color w:val="auto"/>
          <w:lang w:val="es-EC"/>
        </w:rPr>
      </w:pPr>
      <w:proofErr w:type="spellStart"/>
      <w:r w:rsidRPr="00626033">
        <w:rPr>
          <w:color w:val="auto"/>
          <w:lang w:val="es-EC"/>
        </w:rPr>
        <w:t>Abstract</w:t>
      </w:r>
      <w:proofErr w:type="spellEnd"/>
    </w:p>
    <w:p w14:paraId="3A7C8863" w14:textId="77777777" w:rsidR="007A10FA" w:rsidRPr="00626033" w:rsidRDefault="00C914DF">
      <w:pPr>
        <w:jc w:val="both"/>
        <w:rPr>
          <w:lang w:val="es-EC"/>
        </w:rPr>
      </w:pPr>
      <w:r w:rsidRPr="00626033">
        <w:rPr>
          <w:i/>
          <w:lang w:val="es-EC"/>
        </w:rPr>
        <w:t>[Versión fiel del resumen en inglés, entre 150 y 250 palabras.]</w:t>
      </w:r>
    </w:p>
    <w:p w14:paraId="56891555" w14:textId="77777777" w:rsidR="007A10FA" w:rsidRPr="00626033" w:rsidRDefault="00C914DF">
      <w:r w:rsidRPr="00626033">
        <w:rPr>
          <w:b/>
        </w:rPr>
        <w:t xml:space="preserve">Keywords: </w:t>
      </w:r>
      <w:r w:rsidRPr="00626033">
        <w:rPr>
          <w:i/>
        </w:rPr>
        <w:t>[3–5 terms separated by semicolons]</w:t>
      </w:r>
    </w:p>
    <w:p w14:paraId="64042FC6" w14:textId="77777777" w:rsidR="007A10FA" w:rsidRPr="00626033" w:rsidRDefault="00C914DF">
      <w:pPr>
        <w:pStyle w:val="MAH1"/>
        <w:keepNext/>
        <w:rPr>
          <w:color w:val="auto"/>
          <w:lang w:val="es-EC"/>
        </w:rPr>
      </w:pPr>
      <w:r w:rsidRPr="00626033">
        <w:rPr>
          <w:color w:val="auto"/>
          <w:lang w:val="es-EC"/>
        </w:rPr>
        <w:t>1. Introducción</w:t>
      </w:r>
    </w:p>
    <w:p w14:paraId="0FA9AD3A" w14:textId="77777777" w:rsidR="007A10FA" w:rsidRPr="00626033" w:rsidRDefault="00C914DF">
      <w:pPr>
        <w:ind w:firstLine="720"/>
        <w:jc w:val="both"/>
        <w:rPr>
          <w:lang w:val="es-EC"/>
        </w:rPr>
      </w:pPr>
      <w:r w:rsidRPr="00626033">
        <w:rPr>
          <w:i/>
          <w:lang w:val="es-EC"/>
        </w:rPr>
        <w:t>[Contextualice el problema, presente antecedentes pertinentes y recientes, identifique la brecha de cono</w:t>
      </w:r>
      <w:r w:rsidRPr="00626033">
        <w:rPr>
          <w:i/>
          <w:lang w:val="es-EC"/>
        </w:rPr>
        <w:t>cimiento, justifique el estudio y cierre con el objetivo de investigación. Use citación APA 7.]</w:t>
      </w:r>
    </w:p>
    <w:p w14:paraId="7B674BEE" w14:textId="77777777" w:rsidR="007A10FA" w:rsidRPr="00626033" w:rsidRDefault="00C914DF">
      <w:pPr>
        <w:ind w:firstLine="720"/>
        <w:jc w:val="both"/>
        <w:rPr>
          <w:lang w:val="es-EC"/>
        </w:rPr>
      </w:pPr>
      <w:r w:rsidRPr="00626033">
        <w:rPr>
          <w:i/>
          <w:lang w:val="es-EC"/>
        </w:rPr>
        <w:t>[Continúe aquí...]</w:t>
      </w:r>
    </w:p>
    <w:p w14:paraId="44D8DCB3" w14:textId="77777777" w:rsidR="007A10FA" w:rsidRPr="00626033" w:rsidRDefault="00C914DF">
      <w:pPr>
        <w:pStyle w:val="MAH1"/>
        <w:keepNext/>
        <w:rPr>
          <w:color w:val="auto"/>
          <w:lang w:val="es-EC"/>
        </w:rPr>
      </w:pPr>
      <w:r w:rsidRPr="00626033">
        <w:rPr>
          <w:color w:val="auto"/>
          <w:lang w:val="es-EC"/>
        </w:rPr>
        <w:t>2. Metodología</w:t>
      </w:r>
    </w:p>
    <w:p w14:paraId="4E97A6F4" w14:textId="77777777" w:rsidR="007A10FA" w:rsidRPr="00626033" w:rsidRDefault="00C914DF">
      <w:pPr>
        <w:pStyle w:val="MAH2"/>
        <w:keepNext/>
        <w:rPr>
          <w:color w:val="auto"/>
          <w:lang w:val="es-EC"/>
        </w:rPr>
      </w:pPr>
      <w:r w:rsidRPr="00626033">
        <w:rPr>
          <w:color w:val="auto"/>
          <w:lang w:val="es-EC"/>
        </w:rPr>
        <w:t>Enfoque de la investigación</w:t>
      </w:r>
    </w:p>
    <w:p w14:paraId="2AECB602" w14:textId="77777777" w:rsidR="007A10FA" w:rsidRPr="00626033" w:rsidRDefault="00C914DF">
      <w:pPr>
        <w:ind w:firstLine="720"/>
        <w:jc w:val="both"/>
        <w:rPr>
          <w:lang w:val="es-EC"/>
        </w:rPr>
      </w:pPr>
      <w:r w:rsidRPr="00626033">
        <w:rPr>
          <w:i/>
          <w:lang w:val="es-EC"/>
        </w:rPr>
        <w:t>[Indique y justifique el enfoque utilizado.]</w:t>
      </w:r>
    </w:p>
    <w:p w14:paraId="560F3C9F" w14:textId="77777777" w:rsidR="007A10FA" w:rsidRPr="00626033" w:rsidRDefault="00C914DF">
      <w:pPr>
        <w:pStyle w:val="MAH2"/>
        <w:keepNext/>
        <w:rPr>
          <w:color w:val="auto"/>
          <w:lang w:val="es-EC"/>
        </w:rPr>
      </w:pPr>
      <w:r w:rsidRPr="00626033">
        <w:rPr>
          <w:color w:val="auto"/>
          <w:lang w:val="es-EC"/>
        </w:rPr>
        <w:t>Alcance de la investigación</w:t>
      </w:r>
    </w:p>
    <w:p w14:paraId="21958E0F" w14:textId="77777777" w:rsidR="007A10FA" w:rsidRPr="00626033" w:rsidRDefault="00C914DF">
      <w:pPr>
        <w:ind w:firstLine="720"/>
        <w:jc w:val="both"/>
        <w:rPr>
          <w:lang w:val="es-EC"/>
        </w:rPr>
      </w:pPr>
      <w:r w:rsidRPr="00626033">
        <w:rPr>
          <w:i/>
          <w:lang w:val="es-EC"/>
        </w:rPr>
        <w:t>[Defina el alcance del es</w:t>
      </w:r>
      <w:r w:rsidRPr="00626033">
        <w:rPr>
          <w:i/>
          <w:lang w:val="es-EC"/>
        </w:rPr>
        <w:t>tudio y su correspondencia con el objetivo.]</w:t>
      </w:r>
    </w:p>
    <w:p w14:paraId="01779751" w14:textId="77777777" w:rsidR="007A10FA" w:rsidRPr="00626033" w:rsidRDefault="00C914DF">
      <w:pPr>
        <w:pStyle w:val="MAH2"/>
        <w:keepNext/>
        <w:rPr>
          <w:color w:val="auto"/>
          <w:lang w:val="es-EC"/>
        </w:rPr>
      </w:pPr>
      <w:r w:rsidRPr="00626033">
        <w:rPr>
          <w:color w:val="auto"/>
          <w:lang w:val="es-EC"/>
        </w:rPr>
        <w:t>Diseño de la investigación</w:t>
      </w:r>
    </w:p>
    <w:p w14:paraId="63F4A4F0" w14:textId="77777777" w:rsidR="007A10FA" w:rsidRPr="00626033" w:rsidRDefault="00C914DF">
      <w:pPr>
        <w:ind w:firstLine="720"/>
        <w:jc w:val="both"/>
        <w:rPr>
          <w:lang w:val="es-EC"/>
        </w:rPr>
      </w:pPr>
      <w:r w:rsidRPr="00626033">
        <w:rPr>
          <w:i/>
          <w:lang w:val="es-EC"/>
        </w:rPr>
        <w:t>[Indique el diseño, temporalidad y condiciones relevantes del estudio.]</w:t>
      </w:r>
    </w:p>
    <w:p w14:paraId="3B6872F7" w14:textId="77777777" w:rsidR="007A10FA" w:rsidRPr="00626033" w:rsidRDefault="00C914DF">
      <w:pPr>
        <w:pStyle w:val="MAH2"/>
        <w:keepNext/>
        <w:rPr>
          <w:color w:val="auto"/>
          <w:lang w:val="es-EC"/>
        </w:rPr>
      </w:pPr>
      <w:r w:rsidRPr="00626033">
        <w:rPr>
          <w:color w:val="auto"/>
          <w:lang w:val="es-EC"/>
        </w:rPr>
        <w:t>Participantes y muestra</w:t>
      </w:r>
    </w:p>
    <w:p w14:paraId="310F42A0" w14:textId="77777777" w:rsidR="007A10FA" w:rsidRPr="00626033" w:rsidRDefault="00C914DF">
      <w:pPr>
        <w:ind w:firstLine="720"/>
        <w:jc w:val="both"/>
        <w:rPr>
          <w:lang w:val="es-EC"/>
        </w:rPr>
      </w:pPr>
      <w:r w:rsidRPr="00626033">
        <w:rPr>
          <w:i/>
          <w:lang w:val="es-EC"/>
        </w:rPr>
        <w:t>[Describa población, muestra, criterios de inclusión/exclusión, procedimiento de muestre</w:t>
      </w:r>
      <w:r w:rsidRPr="00626033">
        <w:rPr>
          <w:i/>
          <w:lang w:val="es-EC"/>
        </w:rPr>
        <w:t>o y características esenciales de los participantes. Si intervienen menores de edad, precise consentimiento del representante y asentimiento del participante cuando corresponda.]</w:t>
      </w:r>
    </w:p>
    <w:p w14:paraId="317BC63F" w14:textId="77777777" w:rsidR="007A10FA" w:rsidRPr="00626033" w:rsidRDefault="00C914DF">
      <w:pPr>
        <w:pStyle w:val="MAH2"/>
        <w:keepNext/>
        <w:rPr>
          <w:color w:val="auto"/>
          <w:lang w:val="es-EC"/>
        </w:rPr>
      </w:pPr>
      <w:r w:rsidRPr="00626033">
        <w:rPr>
          <w:color w:val="auto"/>
          <w:lang w:val="es-EC"/>
        </w:rPr>
        <w:lastRenderedPageBreak/>
        <w:t>Instrumento de recolección de datos</w:t>
      </w:r>
    </w:p>
    <w:p w14:paraId="74713BB8" w14:textId="77777777" w:rsidR="007A10FA" w:rsidRPr="00626033" w:rsidRDefault="00C914DF">
      <w:pPr>
        <w:ind w:firstLine="720"/>
        <w:jc w:val="both"/>
        <w:rPr>
          <w:lang w:val="es-EC"/>
        </w:rPr>
      </w:pPr>
      <w:r w:rsidRPr="00626033">
        <w:rPr>
          <w:i/>
          <w:lang w:val="es-EC"/>
        </w:rPr>
        <w:t xml:space="preserve">[Indique nombre o procedencia del </w:t>
      </w:r>
      <w:r w:rsidRPr="00626033">
        <w:rPr>
          <w:i/>
          <w:lang w:val="es-EC"/>
        </w:rPr>
        <w:t>instrumento, número de ítems, dimensiones, escala de respuesta, proceso de construcción/adaptación, evidencia de validez y consistencia interna. Cite la fuente original si es un instrumento previamente publicado.]</w:t>
      </w:r>
    </w:p>
    <w:p w14:paraId="370D0412" w14:textId="77777777" w:rsidR="007A10FA" w:rsidRPr="00626033" w:rsidRDefault="00C914DF">
      <w:pPr>
        <w:pStyle w:val="MAH2"/>
        <w:keepNext/>
        <w:rPr>
          <w:color w:val="auto"/>
          <w:lang w:val="es-EC"/>
        </w:rPr>
      </w:pPr>
      <w:r w:rsidRPr="00626033">
        <w:rPr>
          <w:color w:val="auto"/>
          <w:lang w:val="es-EC"/>
        </w:rPr>
        <w:t>Procedimiento</w:t>
      </w:r>
    </w:p>
    <w:p w14:paraId="0961F4B1" w14:textId="77777777" w:rsidR="007A10FA" w:rsidRPr="00626033" w:rsidRDefault="00C914DF">
      <w:pPr>
        <w:ind w:firstLine="720"/>
        <w:jc w:val="both"/>
        <w:rPr>
          <w:lang w:val="es-EC"/>
        </w:rPr>
      </w:pPr>
      <w:r w:rsidRPr="00626033">
        <w:rPr>
          <w:i/>
          <w:lang w:val="es-EC"/>
        </w:rPr>
        <w:t>[Explique de forma secuencia</w:t>
      </w:r>
      <w:r w:rsidRPr="00626033">
        <w:rPr>
          <w:i/>
          <w:lang w:val="es-EC"/>
        </w:rPr>
        <w:t>l cómo se realizó la recolección, organización y tratamiento de la información.]</w:t>
      </w:r>
    </w:p>
    <w:p w14:paraId="0DF4EF17" w14:textId="77777777" w:rsidR="007A10FA" w:rsidRPr="00626033" w:rsidRDefault="00C914DF">
      <w:pPr>
        <w:pStyle w:val="MAH2"/>
        <w:keepNext/>
        <w:rPr>
          <w:color w:val="auto"/>
          <w:lang w:val="es-EC"/>
        </w:rPr>
      </w:pPr>
      <w:r w:rsidRPr="00626033">
        <w:rPr>
          <w:color w:val="auto"/>
          <w:lang w:val="es-EC"/>
        </w:rPr>
        <w:t>Consideraciones éticas</w:t>
      </w:r>
    </w:p>
    <w:p w14:paraId="0884EF18" w14:textId="77777777" w:rsidR="007A10FA" w:rsidRPr="00626033" w:rsidRDefault="00C914DF">
      <w:pPr>
        <w:ind w:firstLine="720"/>
        <w:jc w:val="both"/>
        <w:rPr>
          <w:lang w:val="es-EC"/>
        </w:rPr>
      </w:pPr>
      <w:r w:rsidRPr="00626033">
        <w:rPr>
          <w:i/>
          <w:lang w:val="es-EC"/>
        </w:rPr>
        <w:t>[Describa participación voluntaria, consentimiento/asentimiento, confidencialidad, protección de datos, autorización institucional o comité de ética cua</w:t>
      </w:r>
      <w:r w:rsidRPr="00626033">
        <w:rPr>
          <w:i/>
          <w:lang w:val="es-EC"/>
        </w:rPr>
        <w:t>ndo corresponda.]</w:t>
      </w:r>
    </w:p>
    <w:p w14:paraId="6ED525DC" w14:textId="77777777" w:rsidR="007A10FA" w:rsidRPr="00626033" w:rsidRDefault="00C914DF">
      <w:pPr>
        <w:pStyle w:val="MAH2"/>
        <w:keepNext/>
        <w:rPr>
          <w:color w:val="auto"/>
          <w:lang w:val="es-EC"/>
        </w:rPr>
      </w:pPr>
      <w:r w:rsidRPr="00626033">
        <w:rPr>
          <w:color w:val="auto"/>
          <w:lang w:val="es-EC"/>
        </w:rPr>
        <w:t>Análisis de datos</w:t>
      </w:r>
    </w:p>
    <w:p w14:paraId="021A6754" w14:textId="77777777" w:rsidR="007A10FA" w:rsidRPr="00626033" w:rsidRDefault="00C914DF">
      <w:pPr>
        <w:ind w:firstLine="720"/>
        <w:jc w:val="both"/>
        <w:rPr>
          <w:lang w:val="es-EC"/>
        </w:rPr>
      </w:pPr>
      <w:r w:rsidRPr="00626033">
        <w:rPr>
          <w:i/>
          <w:lang w:val="es-EC"/>
        </w:rPr>
        <w:t>[Indique software, procedimientos estadísticos o analíticos, criterios de interpretación y nivel de significancia cuando corresponda.]</w:t>
      </w:r>
    </w:p>
    <w:p w14:paraId="49FAC57A" w14:textId="77777777" w:rsidR="007A10FA" w:rsidRPr="00626033" w:rsidRDefault="00C914DF">
      <w:pPr>
        <w:pStyle w:val="MAH1"/>
        <w:keepNext/>
        <w:rPr>
          <w:color w:val="auto"/>
          <w:lang w:val="es-EC"/>
        </w:rPr>
      </w:pPr>
      <w:r w:rsidRPr="00626033">
        <w:rPr>
          <w:color w:val="auto"/>
          <w:lang w:val="es-EC"/>
        </w:rPr>
        <w:t>3. Resultados</w:t>
      </w:r>
    </w:p>
    <w:p w14:paraId="3476A97F" w14:textId="77777777" w:rsidR="007A10FA" w:rsidRPr="00626033" w:rsidRDefault="00C914DF">
      <w:pPr>
        <w:ind w:firstLine="720"/>
        <w:jc w:val="both"/>
        <w:rPr>
          <w:lang w:val="es-EC"/>
        </w:rPr>
      </w:pPr>
      <w:r w:rsidRPr="00626033">
        <w:rPr>
          <w:i/>
          <w:lang w:val="es-EC"/>
        </w:rPr>
        <w:t>[Presente los hallazgos en el orden de los objetivos o preguntas. Evite</w:t>
      </w:r>
      <w:r w:rsidRPr="00626033">
        <w:rPr>
          <w:i/>
          <w:lang w:val="es-EC"/>
        </w:rPr>
        <w:t xml:space="preserve"> interpretar extensamente los resultados en esta sección. Use tablas y figuras solo cuando aporten claridad.]</w:t>
      </w:r>
    </w:p>
    <w:p w14:paraId="47514541" w14:textId="77777777" w:rsidR="007A10FA" w:rsidRPr="00626033" w:rsidRDefault="00C914DF">
      <w:pPr>
        <w:pStyle w:val="MACaption"/>
        <w:rPr>
          <w:color w:val="auto"/>
          <w:lang w:val="es-EC"/>
        </w:rPr>
      </w:pPr>
      <w:r w:rsidRPr="00626033">
        <w:rPr>
          <w:b/>
          <w:i w:val="0"/>
          <w:color w:val="auto"/>
          <w:lang w:val="es-EC"/>
        </w:rPr>
        <w:t xml:space="preserve">Tabla 1. </w:t>
      </w:r>
      <w:r w:rsidRPr="00626033">
        <w:rPr>
          <w:color w:val="auto"/>
          <w:lang w:val="es-EC"/>
        </w:rPr>
        <w:t>[Título breve y descriptivo de la tabla]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310"/>
        <w:gridCol w:w="2310"/>
        <w:gridCol w:w="2310"/>
        <w:gridCol w:w="2310"/>
      </w:tblGrid>
      <w:tr w:rsidR="00626033" w:rsidRPr="00626033" w14:paraId="4A763F9A" w14:textId="77777777">
        <w:trPr>
          <w:jc w:val="center"/>
        </w:trPr>
        <w:tc>
          <w:tcPr>
            <w:tcW w:w="2310" w:type="dxa"/>
            <w:tcBorders>
              <w:top w:val="nil"/>
              <w:left w:val="nil"/>
              <w:bottom w:val="single" w:sz="4" w:space="0" w:color="B0B0B0"/>
              <w:right w:val="nil"/>
            </w:tcBorders>
            <w:shd w:val="clear" w:color="auto" w:fill="E6E6E6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3DA9978" w14:textId="77777777" w:rsidR="007A10FA" w:rsidRPr="00626033" w:rsidRDefault="00C914DF">
            <w:pPr>
              <w:jc w:val="center"/>
            </w:pPr>
            <w:r w:rsidRPr="00626033">
              <w:rPr>
                <w:b/>
                <w:sz w:val="18"/>
              </w:rPr>
              <w:t xml:space="preserve">Variable / </w:t>
            </w:r>
            <w:proofErr w:type="spellStart"/>
            <w:r w:rsidRPr="00626033">
              <w:rPr>
                <w:b/>
                <w:sz w:val="18"/>
              </w:rPr>
              <w:t>dimensión</w:t>
            </w:r>
            <w:proofErr w:type="spellEnd"/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B0B0B0"/>
              <w:right w:val="nil"/>
            </w:tcBorders>
            <w:shd w:val="clear" w:color="auto" w:fill="E6E6E6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43E55AD" w14:textId="77777777" w:rsidR="007A10FA" w:rsidRPr="00626033" w:rsidRDefault="00C914DF">
            <w:pPr>
              <w:jc w:val="center"/>
            </w:pPr>
            <w:r w:rsidRPr="00626033">
              <w:rPr>
                <w:b/>
                <w:sz w:val="18"/>
              </w:rPr>
              <w:t>N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B0B0B0"/>
              <w:right w:val="nil"/>
            </w:tcBorders>
            <w:shd w:val="clear" w:color="auto" w:fill="E6E6E6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2669B9D2" w14:textId="77777777" w:rsidR="007A10FA" w:rsidRPr="00626033" w:rsidRDefault="00C914DF">
            <w:pPr>
              <w:jc w:val="center"/>
            </w:pPr>
            <w:r w:rsidRPr="00626033">
              <w:rPr>
                <w:b/>
                <w:sz w:val="18"/>
              </w:rPr>
              <w:t>Media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B0B0B0"/>
              <w:right w:val="nil"/>
            </w:tcBorders>
            <w:shd w:val="clear" w:color="auto" w:fill="E6E6E6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10A7D50" w14:textId="77777777" w:rsidR="007A10FA" w:rsidRPr="00626033" w:rsidRDefault="00C914DF">
            <w:pPr>
              <w:jc w:val="center"/>
            </w:pPr>
            <w:r w:rsidRPr="00626033">
              <w:rPr>
                <w:b/>
                <w:sz w:val="18"/>
              </w:rPr>
              <w:t>DE</w:t>
            </w:r>
          </w:p>
        </w:tc>
      </w:tr>
      <w:tr w:rsidR="00626033" w:rsidRPr="00626033" w14:paraId="182BB63D" w14:textId="77777777">
        <w:trPr>
          <w:jc w:val="center"/>
        </w:trPr>
        <w:tc>
          <w:tcPr>
            <w:tcW w:w="2310" w:type="dxa"/>
            <w:tcBorders>
              <w:top w:val="nil"/>
              <w:left w:val="nil"/>
              <w:bottom w:val="single" w:sz="4" w:space="0" w:color="B0B0B0"/>
              <w:right w:val="nil"/>
            </w:tcBorders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3572D31C" w14:textId="77777777" w:rsidR="007A10FA" w:rsidRPr="00626033" w:rsidRDefault="00C914DF">
            <w:pPr>
              <w:jc w:val="center"/>
            </w:pPr>
            <w:r w:rsidRPr="00626033">
              <w:rPr>
                <w:i/>
                <w:sz w:val="18"/>
              </w:rPr>
              <w:t>[</w:t>
            </w:r>
            <w:proofErr w:type="spellStart"/>
            <w:r w:rsidRPr="00626033">
              <w:rPr>
                <w:i/>
                <w:sz w:val="18"/>
              </w:rPr>
              <w:t>Dimensión</w:t>
            </w:r>
            <w:proofErr w:type="spellEnd"/>
            <w:r w:rsidRPr="00626033">
              <w:rPr>
                <w:i/>
                <w:sz w:val="18"/>
              </w:rPr>
              <w:t>]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B0B0B0"/>
              <w:right w:val="nil"/>
            </w:tcBorders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11199CAF" w14:textId="77777777" w:rsidR="007A10FA" w:rsidRPr="00626033" w:rsidRDefault="00C914DF">
            <w:pPr>
              <w:jc w:val="center"/>
            </w:pPr>
            <w:r w:rsidRPr="00626033">
              <w:rPr>
                <w:i/>
                <w:sz w:val="18"/>
              </w:rPr>
              <w:t>[00]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B0B0B0"/>
              <w:right w:val="nil"/>
            </w:tcBorders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1E9CB24E" w14:textId="77777777" w:rsidR="007A10FA" w:rsidRPr="00626033" w:rsidRDefault="00C914DF">
            <w:pPr>
              <w:jc w:val="center"/>
            </w:pPr>
            <w:r w:rsidRPr="00626033">
              <w:rPr>
                <w:i/>
                <w:sz w:val="18"/>
              </w:rPr>
              <w:t>[0,00]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B0B0B0"/>
              <w:right w:val="nil"/>
            </w:tcBorders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7C710DCF" w14:textId="77777777" w:rsidR="007A10FA" w:rsidRPr="00626033" w:rsidRDefault="00C914DF">
            <w:pPr>
              <w:jc w:val="center"/>
            </w:pPr>
            <w:r w:rsidRPr="00626033">
              <w:rPr>
                <w:i/>
                <w:sz w:val="18"/>
              </w:rPr>
              <w:t>[0,00]</w:t>
            </w:r>
          </w:p>
        </w:tc>
      </w:tr>
      <w:tr w:rsidR="00626033" w:rsidRPr="00626033" w14:paraId="2868104C" w14:textId="77777777">
        <w:trPr>
          <w:jc w:val="center"/>
        </w:trPr>
        <w:tc>
          <w:tcPr>
            <w:tcW w:w="2310" w:type="dxa"/>
            <w:tcBorders>
              <w:top w:val="nil"/>
              <w:left w:val="nil"/>
              <w:bottom w:val="single" w:sz="4" w:space="0" w:color="B0B0B0"/>
              <w:right w:val="nil"/>
            </w:tcBorders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5FFAF556" w14:textId="77777777" w:rsidR="007A10FA" w:rsidRPr="00626033" w:rsidRDefault="00C914DF">
            <w:pPr>
              <w:jc w:val="center"/>
            </w:pPr>
            <w:r w:rsidRPr="00626033">
              <w:rPr>
                <w:i/>
                <w:sz w:val="18"/>
              </w:rPr>
              <w:t>[</w:t>
            </w:r>
            <w:proofErr w:type="spellStart"/>
            <w:r w:rsidRPr="00626033">
              <w:rPr>
                <w:i/>
                <w:sz w:val="18"/>
              </w:rPr>
              <w:t>Dimensión</w:t>
            </w:r>
            <w:proofErr w:type="spellEnd"/>
            <w:r w:rsidRPr="00626033">
              <w:rPr>
                <w:i/>
                <w:sz w:val="18"/>
              </w:rPr>
              <w:t>]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B0B0B0"/>
              <w:right w:val="nil"/>
            </w:tcBorders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39A2C068" w14:textId="77777777" w:rsidR="007A10FA" w:rsidRPr="00626033" w:rsidRDefault="00C914DF">
            <w:pPr>
              <w:jc w:val="center"/>
            </w:pPr>
            <w:r w:rsidRPr="00626033">
              <w:rPr>
                <w:i/>
                <w:sz w:val="18"/>
              </w:rPr>
              <w:t>[00]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B0B0B0"/>
              <w:right w:val="nil"/>
            </w:tcBorders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33BC194B" w14:textId="77777777" w:rsidR="007A10FA" w:rsidRPr="00626033" w:rsidRDefault="00C914DF">
            <w:pPr>
              <w:jc w:val="center"/>
            </w:pPr>
            <w:r w:rsidRPr="00626033">
              <w:rPr>
                <w:i/>
                <w:sz w:val="18"/>
              </w:rPr>
              <w:t>[0,00]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B0B0B0"/>
              <w:right w:val="nil"/>
            </w:tcBorders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52231EF9" w14:textId="77777777" w:rsidR="007A10FA" w:rsidRPr="00626033" w:rsidRDefault="00C914DF">
            <w:pPr>
              <w:jc w:val="center"/>
            </w:pPr>
            <w:r w:rsidRPr="00626033">
              <w:rPr>
                <w:i/>
                <w:sz w:val="18"/>
              </w:rPr>
              <w:t>[0,00]</w:t>
            </w:r>
          </w:p>
        </w:tc>
      </w:tr>
      <w:tr w:rsidR="00626033" w:rsidRPr="00626033" w14:paraId="1152DB71" w14:textId="77777777">
        <w:trPr>
          <w:jc w:val="center"/>
        </w:trPr>
        <w:tc>
          <w:tcPr>
            <w:tcW w:w="2310" w:type="dxa"/>
            <w:tcBorders>
              <w:top w:val="nil"/>
              <w:left w:val="nil"/>
              <w:bottom w:val="single" w:sz="4" w:space="0" w:color="B0B0B0"/>
              <w:right w:val="nil"/>
            </w:tcBorders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3B460548" w14:textId="77777777" w:rsidR="007A10FA" w:rsidRPr="00626033" w:rsidRDefault="00C914DF">
            <w:pPr>
              <w:jc w:val="center"/>
            </w:pPr>
            <w:r w:rsidRPr="00626033">
              <w:rPr>
                <w:i/>
                <w:sz w:val="18"/>
              </w:rPr>
              <w:t>[</w:t>
            </w:r>
            <w:proofErr w:type="spellStart"/>
            <w:r w:rsidRPr="00626033">
              <w:rPr>
                <w:i/>
                <w:sz w:val="18"/>
              </w:rPr>
              <w:t>Dimensión</w:t>
            </w:r>
            <w:proofErr w:type="spellEnd"/>
            <w:r w:rsidRPr="00626033">
              <w:rPr>
                <w:i/>
                <w:sz w:val="18"/>
              </w:rPr>
              <w:t>]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B0B0B0"/>
              <w:right w:val="nil"/>
            </w:tcBorders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0845748D" w14:textId="77777777" w:rsidR="007A10FA" w:rsidRPr="00626033" w:rsidRDefault="00C914DF">
            <w:pPr>
              <w:jc w:val="center"/>
            </w:pPr>
            <w:r w:rsidRPr="00626033">
              <w:rPr>
                <w:i/>
                <w:sz w:val="18"/>
              </w:rPr>
              <w:t>[00]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B0B0B0"/>
              <w:right w:val="nil"/>
            </w:tcBorders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6B94ED15" w14:textId="77777777" w:rsidR="007A10FA" w:rsidRPr="00626033" w:rsidRDefault="00C914DF">
            <w:pPr>
              <w:jc w:val="center"/>
            </w:pPr>
            <w:r w:rsidRPr="00626033">
              <w:rPr>
                <w:i/>
                <w:sz w:val="18"/>
              </w:rPr>
              <w:t>[0,00]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B0B0B0"/>
              <w:right w:val="nil"/>
            </w:tcBorders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4B5830BF" w14:textId="77777777" w:rsidR="007A10FA" w:rsidRPr="00626033" w:rsidRDefault="00C914DF">
            <w:pPr>
              <w:jc w:val="center"/>
            </w:pPr>
            <w:r w:rsidRPr="00626033">
              <w:rPr>
                <w:i/>
                <w:sz w:val="18"/>
              </w:rPr>
              <w:t>[0,00]</w:t>
            </w:r>
          </w:p>
        </w:tc>
      </w:tr>
    </w:tbl>
    <w:p w14:paraId="32B93F8A" w14:textId="77777777" w:rsidR="007A10FA" w:rsidRPr="00626033" w:rsidRDefault="00C914DF">
      <w:pPr>
        <w:pStyle w:val="MANote"/>
        <w:rPr>
          <w:color w:val="auto"/>
          <w:lang w:val="es-EC"/>
        </w:rPr>
      </w:pPr>
      <w:r w:rsidRPr="00626033">
        <w:rPr>
          <w:b/>
          <w:color w:val="auto"/>
          <w:lang w:val="es-EC"/>
        </w:rPr>
        <w:t xml:space="preserve">Nota. </w:t>
      </w:r>
      <w:r w:rsidRPr="00626033">
        <w:rPr>
          <w:color w:val="auto"/>
          <w:lang w:val="es-EC"/>
        </w:rPr>
        <w:t>[Defina abreviaturas, escala, fuente y cualquier información necesaria para interpretar la tabla. En textos en español use coma decimal.]</w:t>
      </w:r>
    </w:p>
    <w:p w14:paraId="07C76189" w14:textId="77777777" w:rsidR="007A10FA" w:rsidRPr="00626033" w:rsidRDefault="00C914DF">
      <w:pPr>
        <w:pStyle w:val="MACaption"/>
        <w:rPr>
          <w:color w:val="auto"/>
          <w:lang w:val="es-EC"/>
        </w:rPr>
      </w:pPr>
      <w:r w:rsidRPr="00626033">
        <w:rPr>
          <w:b/>
          <w:i w:val="0"/>
          <w:color w:val="auto"/>
          <w:lang w:val="es-EC"/>
        </w:rPr>
        <w:t xml:space="preserve">Figura 1. </w:t>
      </w:r>
      <w:r w:rsidRPr="00626033">
        <w:rPr>
          <w:color w:val="auto"/>
          <w:lang w:val="es-EC"/>
        </w:rPr>
        <w:t>[Título breve y descriptivo de la figura]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242"/>
      </w:tblGrid>
      <w:tr w:rsidR="00626033" w:rsidRPr="00626033" w14:paraId="11804128" w14:textId="77777777">
        <w:trPr>
          <w:jc w:val="center"/>
        </w:trPr>
        <w:tc>
          <w:tcPr>
            <w:tcW w:w="9242" w:type="dxa"/>
            <w:tcBorders>
              <w:top w:val="single" w:sz="5" w:space="0" w:color="C0C8CC"/>
              <w:left w:val="single" w:sz="5" w:space="0" w:color="C0C8CC"/>
              <w:bottom w:val="single" w:sz="5" w:space="0" w:color="C0C8CC"/>
              <w:right w:val="single" w:sz="5" w:space="0" w:color="C0C8CC"/>
            </w:tcBorders>
            <w:shd w:val="clear" w:color="auto" w:fill="F4F7F8"/>
            <w:tcMar>
              <w:top w:w="260" w:type="dxa"/>
              <w:left w:w="160" w:type="dxa"/>
              <w:bottom w:w="260" w:type="dxa"/>
              <w:right w:w="160" w:type="dxa"/>
            </w:tcMar>
          </w:tcPr>
          <w:p w14:paraId="06F5746E" w14:textId="77777777" w:rsidR="007A10FA" w:rsidRPr="00626033" w:rsidRDefault="00C914DF">
            <w:pPr>
              <w:jc w:val="center"/>
              <w:rPr>
                <w:lang w:val="es-EC"/>
              </w:rPr>
            </w:pPr>
            <w:r w:rsidRPr="00626033">
              <w:rPr>
                <w:b/>
                <w:sz w:val="20"/>
                <w:lang w:val="es-EC"/>
              </w:rPr>
              <w:t xml:space="preserve">[INSERTAR FIGURA EN </w:t>
            </w:r>
            <w:r w:rsidRPr="00626033">
              <w:rPr>
                <w:b/>
                <w:sz w:val="20"/>
                <w:lang w:val="es-EC"/>
              </w:rPr>
              <w:t>ALTA RESOLUCIÓN]</w:t>
            </w:r>
          </w:p>
        </w:tc>
      </w:tr>
    </w:tbl>
    <w:p w14:paraId="005060EB" w14:textId="77777777" w:rsidR="007A10FA" w:rsidRPr="00626033" w:rsidRDefault="00C914DF">
      <w:pPr>
        <w:pStyle w:val="MANote"/>
        <w:rPr>
          <w:color w:val="auto"/>
          <w:lang w:val="es-EC"/>
        </w:rPr>
      </w:pPr>
      <w:r w:rsidRPr="00626033">
        <w:rPr>
          <w:b/>
          <w:color w:val="auto"/>
          <w:lang w:val="es-EC"/>
        </w:rPr>
        <w:t xml:space="preserve">Nota. </w:t>
      </w:r>
      <w:r w:rsidRPr="00626033">
        <w:rPr>
          <w:color w:val="auto"/>
          <w:lang w:val="es-EC"/>
        </w:rPr>
        <w:t xml:space="preserve">[Ej.: Elaboración propia a partir de los datos procesados en </w:t>
      </w:r>
      <w:proofErr w:type="spellStart"/>
      <w:r w:rsidRPr="00626033">
        <w:rPr>
          <w:color w:val="auto"/>
          <w:lang w:val="es-EC"/>
        </w:rPr>
        <w:t>Jamovi</w:t>
      </w:r>
      <w:proofErr w:type="spellEnd"/>
      <w:r w:rsidRPr="00626033">
        <w:rPr>
          <w:color w:val="auto"/>
          <w:lang w:val="es-EC"/>
        </w:rPr>
        <w:t xml:space="preserve"> (N = __). No incorpore dentro de la imagen nombres técnicos de variables que puedan reemplazarse por etiquetas comprensibles.]</w:t>
      </w:r>
    </w:p>
    <w:p w14:paraId="26A2D27E" w14:textId="77777777" w:rsidR="007A10FA" w:rsidRPr="00626033" w:rsidRDefault="00C914DF">
      <w:pPr>
        <w:pStyle w:val="MAH1"/>
        <w:keepNext/>
        <w:rPr>
          <w:color w:val="auto"/>
          <w:lang w:val="es-EC"/>
        </w:rPr>
      </w:pPr>
      <w:r w:rsidRPr="00626033">
        <w:rPr>
          <w:color w:val="auto"/>
          <w:lang w:val="es-EC"/>
        </w:rPr>
        <w:t>4. Discusión</w:t>
      </w:r>
    </w:p>
    <w:p w14:paraId="4F71EB50" w14:textId="77777777" w:rsidR="007A10FA" w:rsidRPr="00626033" w:rsidRDefault="00C914DF">
      <w:pPr>
        <w:ind w:firstLine="720"/>
        <w:jc w:val="both"/>
        <w:rPr>
          <w:lang w:val="es-EC"/>
        </w:rPr>
      </w:pPr>
      <w:r w:rsidRPr="00626033">
        <w:rPr>
          <w:i/>
          <w:lang w:val="es-EC"/>
        </w:rPr>
        <w:t xml:space="preserve">[Interprete los </w:t>
      </w:r>
      <w:r w:rsidRPr="00626033">
        <w:rPr>
          <w:i/>
          <w:lang w:val="es-EC"/>
        </w:rPr>
        <w:t>hallazgos, compárelos con estudios previos y explique coincidencias, diferencias e implicaciones. Señale limitaciones del estudio y evite afirmar causalidad si el diseño no lo permite.]</w:t>
      </w:r>
    </w:p>
    <w:p w14:paraId="605D457C" w14:textId="77777777" w:rsidR="007A10FA" w:rsidRPr="00626033" w:rsidRDefault="00C914DF">
      <w:pPr>
        <w:ind w:firstLine="720"/>
        <w:jc w:val="both"/>
        <w:rPr>
          <w:lang w:val="es-EC"/>
        </w:rPr>
      </w:pPr>
      <w:r w:rsidRPr="00626033">
        <w:rPr>
          <w:i/>
          <w:lang w:val="es-EC"/>
        </w:rPr>
        <w:t>[Continúe aquí...]</w:t>
      </w:r>
    </w:p>
    <w:p w14:paraId="753F95B0" w14:textId="77777777" w:rsidR="007A10FA" w:rsidRPr="00626033" w:rsidRDefault="00C914DF">
      <w:pPr>
        <w:pStyle w:val="MAH1"/>
        <w:keepNext/>
        <w:rPr>
          <w:color w:val="auto"/>
          <w:lang w:val="es-EC"/>
        </w:rPr>
      </w:pPr>
      <w:r w:rsidRPr="00626033">
        <w:rPr>
          <w:color w:val="auto"/>
          <w:lang w:val="es-EC"/>
        </w:rPr>
        <w:t>5. Conclusiones</w:t>
      </w:r>
    </w:p>
    <w:p w14:paraId="235E7381" w14:textId="77777777" w:rsidR="007A10FA" w:rsidRPr="00626033" w:rsidRDefault="00C914DF">
      <w:pPr>
        <w:ind w:firstLine="720"/>
        <w:jc w:val="both"/>
        <w:rPr>
          <w:lang w:val="es-EC"/>
        </w:rPr>
      </w:pPr>
      <w:r w:rsidRPr="00626033">
        <w:rPr>
          <w:i/>
          <w:lang w:val="es-EC"/>
        </w:rPr>
        <w:t xml:space="preserve">[Responda al objetivo del estudio, </w:t>
      </w:r>
      <w:r w:rsidRPr="00626033">
        <w:rPr>
          <w:i/>
          <w:lang w:val="es-EC"/>
        </w:rPr>
        <w:t>sintetice los principales aportes y presente implicaciones o futuras líneas de investigación. No introduzca resultados nuevos.]</w:t>
      </w:r>
    </w:p>
    <w:p w14:paraId="7981EB5C" w14:textId="77777777" w:rsidR="007A10FA" w:rsidRPr="00626033" w:rsidRDefault="00C914DF">
      <w:pPr>
        <w:pStyle w:val="MAH1"/>
        <w:keepNext/>
        <w:rPr>
          <w:color w:val="auto"/>
          <w:lang w:val="es-EC"/>
        </w:rPr>
      </w:pPr>
      <w:r w:rsidRPr="00626033">
        <w:rPr>
          <w:color w:val="auto"/>
          <w:lang w:val="es-EC"/>
        </w:rPr>
        <w:t>6. Referencias bibliográficas</w:t>
      </w:r>
    </w:p>
    <w:p w14:paraId="082F1DEA" w14:textId="77777777" w:rsidR="007A10FA" w:rsidRPr="00626033" w:rsidRDefault="00C914DF">
      <w:pPr>
        <w:pStyle w:val="MANote"/>
        <w:rPr>
          <w:color w:val="auto"/>
          <w:lang w:val="es-EC"/>
        </w:rPr>
      </w:pPr>
      <w:r w:rsidRPr="00626033">
        <w:rPr>
          <w:color w:val="auto"/>
          <w:lang w:val="es-EC"/>
        </w:rPr>
        <w:t>Utilice APA 7. Incluya únicamente fuentes citadas en el texto. Verifique DOI y enlaces antes del e</w:t>
      </w:r>
      <w:r w:rsidRPr="00626033">
        <w:rPr>
          <w:color w:val="auto"/>
          <w:lang w:val="es-EC"/>
        </w:rPr>
        <w:t>nvío. Aplique sangría francesa de 1,27 cm.</w:t>
      </w:r>
    </w:p>
    <w:p w14:paraId="129B464B" w14:textId="77777777" w:rsidR="007A10FA" w:rsidRPr="00626033" w:rsidRDefault="00C914DF">
      <w:pPr>
        <w:pStyle w:val="MARef"/>
        <w:ind w:left="720" w:hanging="720"/>
        <w:rPr>
          <w:color w:val="auto"/>
          <w:lang w:val="es-EC"/>
        </w:rPr>
      </w:pPr>
      <w:r w:rsidRPr="00626033">
        <w:rPr>
          <w:i/>
          <w:color w:val="auto"/>
          <w:lang w:val="es-EC"/>
        </w:rPr>
        <w:t>Apellido, A. A., &amp; Apellido, B. B. (2025). Título del artículo. Nombre de la Revista, 12(3), 100–115. https://doi.org/10.xxxx/xxxxx</w:t>
      </w:r>
    </w:p>
    <w:p w14:paraId="69E46C22" w14:textId="77777777" w:rsidR="007A10FA" w:rsidRPr="00626033" w:rsidRDefault="00C914DF">
      <w:pPr>
        <w:pStyle w:val="MAH1"/>
        <w:keepNext/>
        <w:rPr>
          <w:color w:val="auto"/>
          <w:lang w:val="es-EC"/>
        </w:rPr>
      </w:pPr>
      <w:r w:rsidRPr="00626033">
        <w:rPr>
          <w:color w:val="auto"/>
          <w:lang w:val="es-EC"/>
        </w:rPr>
        <w:lastRenderedPageBreak/>
        <w:t>Declaraciones éticas y editoriales</w:t>
      </w:r>
    </w:p>
    <w:p w14:paraId="7B1539BA" w14:textId="77777777" w:rsidR="007A10FA" w:rsidRPr="00626033" w:rsidRDefault="00C914DF">
      <w:pPr>
        <w:pStyle w:val="MAH2"/>
        <w:keepNext/>
        <w:rPr>
          <w:color w:val="auto"/>
          <w:lang w:val="es-EC"/>
        </w:rPr>
      </w:pPr>
      <w:r w:rsidRPr="00626033">
        <w:rPr>
          <w:color w:val="auto"/>
          <w:lang w:val="es-EC"/>
        </w:rPr>
        <w:t xml:space="preserve">Contribución de los autores (Taxonomía </w:t>
      </w:r>
      <w:proofErr w:type="spellStart"/>
      <w:r w:rsidRPr="00626033">
        <w:rPr>
          <w:color w:val="auto"/>
          <w:lang w:val="es-EC"/>
        </w:rPr>
        <w:t>CRediT</w:t>
      </w:r>
      <w:proofErr w:type="spellEnd"/>
      <w:r w:rsidRPr="00626033">
        <w:rPr>
          <w:color w:val="auto"/>
          <w:lang w:val="es-EC"/>
        </w:rPr>
        <w:t>)</w:t>
      </w:r>
    </w:p>
    <w:p w14:paraId="78548B8E" w14:textId="77777777" w:rsidR="007A10FA" w:rsidRPr="00626033" w:rsidRDefault="00C914DF">
      <w:pPr>
        <w:ind w:firstLine="720"/>
        <w:jc w:val="both"/>
        <w:rPr>
          <w:lang w:val="es-EC"/>
        </w:rPr>
      </w:pPr>
      <w:r w:rsidRPr="00626033">
        <w:rPr>
          <w:i/>
          <w:lang w:val="es-EC"/>
        </w:rPr>
        <w:t>[Autor/a 1: Conceptualización, Metodología, Investigación, Curación de datos, Análisis formal, Visualización, Redacción – borrador original, Redacción – revisión y edición. Adapte los roles a las contribuciones reales. Repita para cada autor/a.]</w:t>
      </w:r>
    </w:p>
    <w:p w14:paraId="5E7AB182" w14:textId="77777777" w:rsidR="007A10FA" w:rsidRPr="00626033" w:rsidRDefault="00C914DF">
      <w:pPr>
        <w:pStyle w:val="MAH2"/>
        <w:keepNext/>
        <w:rPr>
          <w:color w:val="auto"/>
          <w:lang w:val="es-EC"/>
        </w:rPr>
      </w:pPr>
      <w:r w:rsidRPr="00626033">
        <w:rPr>
          <w:color w:val="auto"/>
          <w:lang w:val="es-EC"/>
        </w:rPr>
        <w:t>Declaraci</w:t>
      </w:r>
      <w:r w:rsidRPr="00626033">
        <w:rPr>
          <w:color w:val="auto"/>
          <w:lang w:val="es-EC"/>
        </w:rPr>
        <w:t>ón de conflicto de intereses</w:t>
      </w:r>
    </w:p>
    <w:p w14:paraId="23F8A9DC" w14:textId="77777777" w:rsidR="007A10FA" w:rsidRPr="00626033" w:rsidRDefault="00C914DF">
      <w:pPr>
        <w:ind w:firstLine="720"/>
        <w:jc w:val="both"/>
        <w:rPr>
          <w:lang w:val="es-EC"/>
        </w:rPr>
      </w:pPr>
      <w:r w:rsidRPr="00626033">
        <w:rPr>
          <w:i/>
          <w:lang w:val="es-EC"/>
        </w:rPr>
        <w:t>[Ejemplo si corresponde: Los autores declaran no tener conflictos de interés relacionados con la investigación, autoría o publicación del presente artículo.]</w:t>
      </w:r>
    </w:p>
    <w:p w14:paraId="15992A67" w14:textId="77777777" w:rsidR="007A10FA" w:rsidRPr="00626033" w:rsidRDefault="00C914DF">
      <w:pPr>
        <w:pStyle w:val="MAH2"/>
        <w:keepNext/>
        <w:rPr>
          <w:color w:val="auto"/>
          <w:lang w:val="es-EC"/>
        </w:rPr>
      </w:pPr>
      <w:r w:rsidRPr="00626033">
        <w:rPr>
          <w:color w:val="auto"/>
          <w:lang w:val="es-EC"/>
        </w:rPr>
        <w:t>Declaración de financiamiento</w:t>
      </w:r>
    </w:p>
    <w:p w14:paraId="2FFC5DDA" w14:textId="77777777" w:rsidR="007A10FA" w:rsidRPr="00626033" w:rsidRDefault="00C914DF">
      <w:pPr>
        <w:ind w:firstLine="720"/>
        <w:jc w:val="both"/>
        <w:rPr>
          <w:lang w:val="es-EC"/>
        </w:rPr>
      </w:pPr>
      <w:r w:rsidRPr="00626033">
        <w:rPr>
          <w:i/>
          <w:lang w:val="es-EC"/>
        </w:rPr>
        <w:t>[Declare la fuente de financiamiento. S</w:t>
      </w:r>
      <w:r w:rsidRPr="00626033">
        <w:rPr>
          <w:i/>
          <w:lang w:val="es-EC"/>
        </w:rPr>
        <w:t>i no existió: La presente investigación no recibió financiamiento externo específico de organismos públicos, privados, comerciales o sin fines de lucro.]</w:t>
      </w:r>
    </w:p>
    <w:p w14:paraId="7FA94304" w14:textId="77777777" w:rsidR="007A10FA" w:rsidRPr="00626033" w:rsidRDefault="00C914DF">
      <w:pPr>
        <w:pStyle w:val="MAH2"/>
        <w:keepNext/>
        <w:rPr>
          <w:color w:val="auto"/>
          <w:lang w:val="es-EC"/>
        </w:rPr>
      </w:pPr>
      <w:r w:rsidRPr="00626033">
        <w:rPr>
          <w:color w:val="auto"/>
          <w:lang w:val="es-EC"/>
        </w:rPr>
        <w:t>Declaración ética de la investigación</w:t>
      </w:r>
    </w:p>
    <w:p w14:paraId="1B7CF3F4" w14:textId="77777777" w:rsidR="007A10FA" w:rsidRPr="00626033" w:rsidRDefault="00C914DF">
      <w:pPr>
        <w:ind w:firstLine="720"/>
        <w:jc w:val="both"/>
        <w:rPr>
          <w:lang w:val="es-EC"/>
        </w:rPr>
      </w:pPr>
      <w:r w:rsidRPr="00626033">
        <w:rPr>
          <w:i/>
          <w:lang w:val="es-EC"/>
        </w:rPr>
        <w:t xml:space="preserve">[Describa las medidas éticas realmente aplicadas: participación </w:t>
      </w:r>
      <w:r w:rsidRPr="00626033">
        <w:rPr>
          <w:i/>
          <w:lang w:val="es-EC"/>
        </w:rPr>
        <w:t>voluntaria, consentimiento/asentimiento, confidencialidad, protección de identidad, aprobación institucional o comité de ética cuando corresponda.]</w:t>
      </w:r>
    </w:p>
    <w:p w14:paraId="23A7A917" w14:textId="77777777" w:rsidR="007A10FA" w:rsidRPr="00626033" w:rsidRDefault="00C914DF">
      <w:pPr>
        <w:pStyle w:val="MAH2"/>
        <w:keepNext/>
        <w:rPr>
          <w:color w:val="auto"/>
          <w:lang w:val="es-EC"/>
        </w:rPr>
      </w:pPr>
      <w:r w:rsidRPr="00626033">
        <w:rPr>
          <w:color w:val="auto"/>
          <w:lang w:val="es-EC"/>
        </w:rPr>
        <w:t>Declaración sobre el uso de inteligencia artificial</w:t>
      </w:r>
    </w:p>
    <w:p w14:paraId="720E9BD6" w14:textId="77777777" w:rsidR="007A10FA" w:rsidRPr="00626033" w:rsidRDefault="00C914DF">
      <w:pPr>
        <w:ind w:firstLine="720"/>
        <w:jc w:val="both"/>
        <w:rPr>
          <w:lang w:val="es-EC"/>
        </w:rPr>
      </w:pPr>
      <w:r w:rsidRPr="00626033">
        <w:rPr>
          <w:i/>
          <w:lang w:val="es-EC"/>
        </w:rPr>
        <w:t xml:space="preserve">[Declare de forma transparente si se </w:t>
      </w:r>
      <w:r w:rsidRPr="00626033">
        <w:rPr>
          <w:i/>
          <w:lang w:val="es-EC"/>
        </w:rPr>
        <w:t>utilizaron herramientas de IA, especificando finalidad y alcance. Indique que la responsabilidad intelectual y verificación final corresponden a los autores. Si no se utilizó IA, declárelo expresamente.]</w:t>
      </w:r>
    </w:p>
    <w:p w14:paraId="357D61B2" w14:textId="77777777" w:rsidR="007A10FA" w:rsidRPr="00626033" w:rsidRDefault="00C914DF">
      <w:pPr>
        <w:pStyle w:val="MAH2"/>
        <w:keepNext/>
        <w:rPr>
          <w:color w:val="auto"/>
          <w:lang w:val="es-EC"/>
        </w:rPr>
      </w:pPr>
      <w:r w:rsidRPr="00626033">
        <w:rPr>
          <w:color w:val="auto"/>
          <w:lang w:val="es-EC"/>
        </w:rPr>
        <w:t>Disponibilidad de datos</w:t>
      </w:r>
    </w:p>
    <w:p w14:paraId="2619B45F" w14:textId="77777777" w:rsidR="007A10FA" w:rsidRPr="00626033" w:rsidRDefault="00C914DF">
      <w:pPr>
        <w:ind w:firstLine="720"/>
        <w:jc w:val="both"/>
        <w:rPr>
          <w:lang w:val="es-EC"/>
        </w:rPr>
      </w:pPr>
      <w:r w:rsidRPr="00626033">
        <w:rPr>
          <w:i/>
          <w:lang w:val="es-EC"/>
        </w:rPr>
        <w:t xml:space="preserve">[Indique repositorio/enlace </w:t>
      </w:r>
      <w:r w:rsidRPr="00626033">
        <w:rPr>
          <w:i/>
          <w:lang w:val="es-EC"/>
        </w:rPr>
        <w:t>o condiciones de acceso. Si los datos no son públicos por confidencialidad, especifique el procedimiento de solicitud al autor de correspondencia.]</w:t>
      </w:r>
    </w:p>
    <w:p w14:paraId="432957A9" w14:textId="77777777" w:rsidR="007A10FA" w:rsidRPr="00626033" w:rsidRDefault="00C914DF">
      <w:pPr>
        <w:pStyle w:val="MAH2"/>
        <w:keepNext/>
        <w:rPr>
          <w:color w:val="auto"/>
          <w:lang w:val="es-EC"/>
        </w:rPr>
      </w:pPr>
      <w:r w:rsidRPr="00626033">
        <w:rPr>
          <w:color w:val="auto"/>
          <w:lang w:val="es-EC"/>
        </w:rPr>
        <w:t>Agradecimientos</w:t>
      </w:r>
    </w:p>
    <w:p w14:paraId="2414BC3F" w14:textId="77777777" w:rsidR="007A10FA" w:rsidRPr="00626033" w:rsidRDefault="00C914DF">
      <w:pPr>
        <w:ind w:firstLine="720"/>
        <w:jc w:val="both"/>
        <w:rPr>
          <w:lang w:val="es-EC"/>
        </w:rPr>
      </w:pPr>
      <w:r w:rsidRPr="00626033">
        <w:rPr>
          <w:i/>
          <w:lang w:val="es-EC"/>
        </w:rPr>
        <w:t>[Opcional. Reconozca apoyos que no cumplen criterios de autoría.]</w:t>
      </w:r>
    </w:p>
    <w:p w14:paraId="4A868C29" w14:textId="77777777" w:rsidR="007A10FA" w:rsidRPr="00626033" w:rsidRDefault="00C914DF">
      <w:pPr>
        <w:pStyle w:val="MAH1"/>
        <w:keepNext/>
        <w:rPr>
          <w:color w:val="auto"/>
        </w:rPr>
      </w:pPr>
      <w:r w:rsidRPr="00626033">
        <w:rPr>
          <w:color w:val="auto"/>
        </w:rPr>
        <w:t xml:space="preserve">Derechos de </w:t>
      </w:r>
      <w:proofErr w:type="spellStart"/>
      <w:r w:rsidRPr="00626033">
        <w:rPr>
          <w:color w:val="auto"/>
        </w:rPr>
        <w:t>autor</w:t>
      </w:r>
      <w:proofErr w:type="spellEnd"/>
      <w:r w:rsidRPr="00626033">
        <w:rPr>
          <w:color w:val="auto"/>
        </w:rPr>
        <w:t xml:space="preserve"> y </w:t>
      </w:r>
      <w:r w:rsidRPr="00626033">
        <w:rPr>
          <w:color w:val="auto"/>
        </w:rPr>
        <w:t>licencia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626033" w:rsidRPr="00626033" w14:paraId="1C839386" w14:textId="77777777">
        <w:tc>
          <w:tcPr>
            <w:tcW w:w="4621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26BBE17B" w14:textId="41179011" w:rsidR="007A10FA" w:rsidRPr="00626033" w:rsidRDefault="00626033">
            <w:pPr>
              <w:jc w:val="center"/>
            </w:pPr>
            <w:r>
              <w:rPr>
                <w:rFonts w:asciiTheme="minorHAnsi" w:eastAsiaTheme="minorEastAsia" w:hAnsiTheme="minorHAnsi"/>
                <w:noProof/>
              </w:rPr>
              <w:drawing>
                <wp:inline distT="0" distB="0" distL="0" distR="0" wp14:anchorId="7AABF5C2" wp14:editId="7370641A">
                  <wp:extent cx="2011680" cy="703838"/>
                  <wp:effectExtent l="0" t="0" r="7620" b="127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5953" cy="7088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1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10C5E455" w14:textId="77777777" w:rsidR="007A10FA" w:rsidRPr="00626033" w:rsidRDefault="00C914DF">
            <w:pPr>
              <w:spacing w:after="20"/>
              <w:rPr>
                <w:lang w:val="es-EC"/>
              </w:rPr>
            </w:pPr>
            <w:r w:rsidRPr="00626033">
              <w:rPr>
                <w:b/>
                <w:sz w:val="18"/>
                <w:lang w:val="es-EC"/>
              </w:rPr>
              <w:t xml:space="preserve">Creative </w:t>
            </w:r>
            <w:proofErr w:type="spellStart"/>
            <w:r w:rsidRPr="00626033">
              <w:rPr>
                <w:b/>
                <w:sz w:val="18"/>
                <w:lang w:val="es-EC"/>
              </w:rPr>
              <w:t>Commons</w:t>
            </w:r>
            <w:proofErr w:type="spellEnd"/>
            <w:r w:rsidRPr="00626033">
              <w:rPr>
                <w:b/>
                <w:sz w:val="18"/>
                <w:lang w:val="es-EC"/>
              </w:rPr>
              <w:t xml:space="preserve"> Atribución-</w:t>
            </w:r>
            <w:proofErr w:type="spellStart"/>
            <w:r w:rsidRPr="00626033">
              <w:rPr>
                <w:b/>
                <w:sz w:val="18"/>
                <w:lang w:val="es-EC"/>
              </w:rPr>
              <w:t>NoComercial</w:t>
            </w:r>
            <w:proofErr w:type="spellEnd"/>
            <w:r w:rsidRPr="00626033">
              <w:rPr>
                <w:b/>
                <w:sz w:val="18"/>
                <w:lang w:val="es-EC"/>
              </w:rPr>
              <w:t xml:space="preserve"> 4.0 Internacional (CC BY-NC 4.0)</w:t>
            </w:r>
          </w:p>
          <w:p w14:paraId="12D550A5" w14:textId="77777777" w:rsidR="007A10FA" w:rsidRPr="00626033" w:rsidRDefault="00C914DF">
            <w:pPr>
              <w:rPr>
                <w:lang w:val="es-EC"/>
              </w:rPr>
            </w:pPr>
            <w:r w:rsidRPr="00626033">
              <w:rPr>
                <w:i/>
                <w:lang w:val="es-EC"/>
              </w:rPr>
              <w:t>© [Año de publicación] [Nombres completos de los autores].</w:t>
            </w:r>
          </w:p>
        </w:tc>
      </w:tr>
    </w:tbl>
    <w:p w14:paraId="7EBF3D63" w14:textId="77777777" w:rsidR="007A10FA" w:rsidRPr="00626033" w:rsidRDefault="00C914DF">
      <w:pPr>
        <w:jc w:val="both"/>
        <w:rPr>
          <w:lang w:val="es-EC"/>
        </w:rPr>
      </w:pPr>
      <w:r w:rsidRPr="00626033">
        <w:rPr>
          <w:i/>
          <w:lang w:val="es-EC"/>
        </w:rPr>
        <w:t>[Los autores conservan los derechos de autor de su trabajo y conceden a Mentores Académicos: Revista Multidiscip</w:t>
      </w:r>
      <w:r w:rsidRPr="00626033">
        <w:rPr>
          <w:i/>
          <w:lang w:val="es-EC"/>
        </w:rPr>
        <w:t xml:space="preserve">linar de Investigación Científica el derecho de primera publicación. Esta obra se distribuye bajo los términos de la licencia Creative </w:t>
      </w:r>
      <w:proofErr w:type="spellStart"/>
      <w:r w:rsidRPr="00626033">
        <w:rPr>
          <w:i/>
          <w:lang w:val="es-EC"/>
        </w:rPr>
        <w:t>Commons</w:t>
      </w:r>
      <w:proofErr w:type="spellEnd"/>
      <w:r w:rsidRPr="00626033">
        <w:rPr>
          <w:i/>
          <w:lang w:val="es-EC"/>
        </w:rPr>
        <w:t xml:space="preserve"> Atribución-</w:t>
      </w:r>
      <w:proofErr w:type="spellStart"/>
      <w:r w:rsidRPr="00626033">
        <w:rPr>
          <w:i/>
          <w:lang w:val="es-EC"/>
        </w:rPr>
        <w:t>NoComercial</w:t>
      </w:r>
      <w:proofErr w:type="spellEnd"/>
      <w:r w:rsidRPr="00626033">
        <w:rPr>
          <w:i/>
          <w:lang w:val="es-EC"/>
        </w:rPr>
        <w:t xml:space="preserve"> 4.0 Internacional (CC BY-NC 4.0). Este bloque será revisado y normalizado por la revista d</w:t>
      </w:r>
      <w:r w:rsidRPr="00626033">
        <w:rPr>
          <w:i/>
          <w:lang w:val="es-EC"/>
        </w:rPr>
        <w:t>urante producción editorial.]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242"/>
      </w:tblGrid>
      <w:tr w:rsidR="00626033" w:rsidRPr="00626033" w14:paraId="4EDBB281" w14:textId="77777777">
        <w:trPr>
          <w:jc w:val="center"/>
        </w:trPr>
        <w:tc>
          <w:tcPr>
            <w:tcW w:w="9242" w:type="dxa"/>
            <w:tcBorders>
              <w:top w:val="single" w:sz="8" w:space="0" w:color="17B8CA"/>
              <w:left w:val="single" w:sz="8" w:space="0" w:color="17B8CA"/>
              <w:bottom w:val="single" w:sz="8" w:space="0" w:color="17B8CA"/>
              <w:right w:val="single" w:sz="8" w:space="0" w:color="17B8CA"/>
            </w:tcBorders>
            <w:shd w:val="clear" w:color="auto" w:fill="EAF8F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9A30AA3" w14:textId="77777777" w:rsidR="007A10FA" w:rsidRPr="00626033" w:rsidRDefault="00C914DF">
            <w:r w:rsidRPr="00626033">
              <w:rPr>
                <w:b/>
                <w:lang w:val="es-EC"/>
              </w:rPr>
              <w:t xml:space="preserve">Uso exclusivo de la revista. </w:t>
            </w:r>
            <w:r w:rsidRPr="00626033">
              <w:rPr>
                <w:sz w:val="18"/>
                <w:lang w:val="es-EC"/>
              </w:rPr>
              <w:t>Las declaraciones del editor y de los revisores, el DOI definitivo, las fechas de recibido/aceptado/publicado y cualquier dato de producción serán incorporados por Mentores Académicos después de co</w:t>
            </w:r>
            <w:r w:rsidRPr="00626033">
              <w:rPr>
                <w:sz w:val="18"/>
                <w:lang w:val="es-EC"/>
              </w:rPr>
              <w:t xml:space="preserve">ncluir el proceso de evaluación por pares y la aceptación del manuscrito. </w:t>
            </w:r>
            <w:r w:rsidRPr="00626033">
              <w:rPr>
                <w:sz w:val="18"/>
              </w:rPr>
              <w:t xml:space="preserve">Los </w:t>
            </w:r>
            <w:proofErr w:type="spellStart"/>
            <w:r w:rsidRPr="00626033">
              <w:rPr>
                <w:sz w:val="18"/>
              </w:rPr>
              <w:t>autores</w:t>
            </w:r>
            <w:proofErr w:type="spellEnd"/>
            <w:r w:rsidRPr="00626033">
              <w:rPr>
                <w:sz w:val="18"/>
              </w:rPr>
              <w:t xml:space="preserve"> no </w:t>
            </w:r>
            <w:proofErr w:type="spellStart"/>
            <w:r w:rsidRPr="00626033">
              <w:rPr>
                <w:sz w:val="18"/>
              </w:rPr>
              <w:t>deben</w:t>
            </w:r>
            <w:proofErr w:type="spellEnd"/>
            <w:r w:rsidRPr="00626033">
              <w:rPr>
                <w:sz w:val="18"/>
              </w:rPr>
              <w:t xml:space="preserve"> completar esos campos.</w:t>
            </w:r>
          </w:p>
        </w:tc>
      </w:tr>
    </w:tbl>
    <w:p w14:paraId="5D5BEDE8" w14:textId="77777777" w:rsidR="00C914DF" w:rsidRPr="00626033" w:rsidRDefault="00C914DF"/>
    <w:sectPr w:rsidR="00C914DF" w:rsidRPr="00626033" w:rsidSect="00034616">
      <w:headerReference w:type="default" r:id="rId9"/>
      <w:footerReference w:type="default" r:id="rId10"/>
      <w:pgSz w:w="11906" w:h="16838"/>
      <w:pgMar w:top="1446" w:right="1332" w:bottom="1219" w:left="1332" w:header="312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A28BB" w14:textId="77777777" w:rsidR="00C914DF" w:rsidRDefault="00C914DF">
      <w:pPr>
        <w:spacing w:line="240" w:lineRule="auto"/>
      </w:pPr>
      <w:r>
        <w:separator/>
      </w:r>
    </w:p>
  </w:endnote>
  <w:endnote w:type="continuationSeparator" w:id="0">
    <w:p w14:paraId="037EBD18" w14:textId="77777777" w:rsidR="00C914DF" w:rsidRDefault="00C914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E304D" w14:textId="77777777" w:rsidR="007A10FA" w:rsidRDefault="007A10FA">
    <w:pPr>
      <w:pStyle w:val="Piedepgina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4658"/>
      <w:gridCol w:w="4584"/>
    </w:tblGrid>
    <w:tr w:rsidR="007A10FA" w14:paraId="3998975A" w14:textId="77777777">
      <w:trPr>
        <w:jc w:val="center"/>
      </w:trPr>
      <w:tc>
        <w:tcPr>
          <w:tcW w:w="4896" w:type="dxa"/>
          <w:tcMar>
            <w:top w:w="0" w:type="dxa"/>
            <w:left w:w="0" w:type="dxa"/>
            <w:bottom w:w="0" w:type="dxa"/>
            <w:right w:w="0" w:type="dxa"/>
          </w:tcMar>
        </w:tcPr>
        <w:p w14:paraId="115FE426" w14:textId="77777777" w:rsidR="007A10FA" w:rsidRPr="00626033" w:rsidRDefault="00C914DF">
          <w:pPr>
            <w:rPr>
              <w:lang w:val="es-EC"/>
            </w:rPr>
          </w:pPr>
          <w:r w:rsidRPr="00626033">
            <w:rPr>
              <w:rFonts w:ascii="Arial" w:hAnsi="Arial"/>
              <w:color w:val="5F676C"/>
              <w:sz w:val="14"/>
              <w:lang w:val="es-EC"/>
            </w:rPr>
            <w:t xml:space="preserve">Mentores Académicos | GIPTEDU S.A.S. | </w:t>
          </w:r>
          <w:r w:rsidRPr="00626033">
            <w:rPr>
              <w:rFonts w:ascii="Arial" w:hAnsi="Arial"/>
              <w:color w:val="5F676C"/>
              <w:sz w:val="14"/>
              <w:lang w:val="es-EC"/>
            </w:rPr>
            <w:t>institutogiptedu.com</w:t>
          </w:r>
        </w:p>
      </w:tc>
      <w:tc>
        <w:tcPr>
          <w:tcW w:w="4896" w:type="dxa"/>
          <w:tcMar>
            <w:top w:w="0" w:type="dxa"/>
            <w:left w:w="0" w:type="dxa"/>
            <w:bottom w:w="0" w:type="dxa"/>
            <w:right w:w="0" w:type="dxa"/>
          </w:tcMar>
        </w:tcPr>
        <w:p w14:paraId="26C0480B" w14:textId="77777777" w:rsidR="007A10FA" w:rsidRDefault="00C914DF">
          <w:pPr>
            <w:jc w:val="right"/>
          </w:pPr>
          <w:r>
            <w:rPr>
              <w:rFonts w:ascii="Arial" w:hAnsi="Arial"/>
              <w:color w:val="5F676C"/>
              <w:sz w:val="14"/>
            </w:rPr>
            <w:t xml:space="preserve">p. </w:t>
          </w:r>
          <w:r>
            <w:fldChar w:fldCharType="begin"/>
          </w:r>
          <w:r>
            <w:instrText xml:space="preserve"> PAGE </w:instrText>
          </w:r>
          <w:r w:rsidR="00626033">
            <w:fldChar w:fldCharType="separate"/>
          </w:r>
          <w:r w:rsidR="00626033">
            <w:rPr>
              <w:noProof/>
            </w:rPr>
            <w:t>1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4190B" w14:textId="77777777" w:rsidR="00C914DF" w:rsidRDefault="00C914DF">
      <w:pPr>
        <w:spacing w:line="240" w:lineRule="auto"/>
      </w:pPr>
      <w:r>
        <w:separator/>
      </w:r>
    </w:p>
  </w:footnote>
  <w:footnote w:type="continuationSeparator" w:id="0">
    <w:p w14:paraId="52056334" w14:textId="77777777" w:rsidR="00C914DF" w:rsidRDefault="00C914D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55F50" w14:textId="77777777" w:rsidR="007A10FA" w:rsidRDefault="007A10FA">
    <w:pPr>
      <w:pStyle w:val="Encabezado"/>
    </w:pPr>
  </w:p>
  <w:tbl>
    <w:tblPr>
      <w:tblW w:w="0" w:type="auto"/>
      <w:jc w:val="center"/>
      <w:tblBorders>
        <w:bottom w:val="single" w:sz="10" w:space="0" w:color="17B8CA"/>
      </w:tblBorders>
      <w:tblLook w:val="04A0" w:firstRow="1" w:lastRow="0" w:firstColumn="1" w:lastColumn="0" w:noHBand="0" w:noVBand="1"/>
    </w:tblPr>
    <w:tblGrid>
      <w:gridCol w:w="5760"/>
      <w:gridCol w:w="3482"/>
    </w:tblGrid>
    <w:tr w:rsidR="007A10FA" w14:paraId="3AA24A55" w14:textId="77777777">
      <w:trPr>
        <w:jc w:val="center"/>
      </w:trPr>
      <w:tc>
        <w:tcPr>
          <w:tcW w:w="4896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9465BC7" w14:textId="77777777" w:rsidR="007A10FA" w:rsidRDefault="00C914DF">
          <w:r>
            <w:rPr>
              <w:noProof/>
            </w:rPr>
            <w:drawing>
              <wp:inline distT="0" distB="0" distL="0" distR="0" wp14:anchorId="4114C62C" wp14:editId="5503593B">
                <wp:extent cx="3657600" cy="71489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mentores_academicos_word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0" cy="7148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96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6B3BA15B" w14:textId="77777777" w:rsidR="007A10FA" w:rsidRPr="00626033" w:rsidRDefault="00C914DF">
          <w:pPr>
            <w:jc w:val="right"/>
            <w:rPr>
              <w:lang w:val="es-EC"/>
            </w:rPr>
          </w:pPr>
          <w:r w:rsidRPr="00626033">
            <w:rPr>
              <w:rFonts w:ascii="Arial" w:hAnsi="Arial"/>
              <w:b/>
              <w:color w:val="002B3C"/>
              <w:sz w:val="16"/>
              <w:lang w:val="es-EC"/>
            </w:rPr>
            <w:t>Vol. [uso editorial], Núm. [uso editorial] ([año])</w:t>
          </w:r>
        </w:p>
        <w:p w14:paraId="69AA0582" w14:textId="77777777" w:rsidR="007A10FA" w:rsidRDefault="00C914DF">
          <w:pPr>
            <w:jc w:val="right"/>
          </w:pPr>
          <w:r>
            <w:rPr>
              <w:rFonts w:ascii="Arial" w:hAnsi="Arial"/>
              <w:color w:val="007891"/>
              <w:sz w:val="16"/>
            </w:rPr>
            <w:t>DOI: [uso editorial]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26033"/>
    <w:rsid w:val="007A10FA"/>
    <w:rsid w:val="00AA1D8D"/>
    <w:rsid w:val="00B47730"/>
    <w:rsid w:val="00C53B1B"/>
    <w:rsid w:val="00C914D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722A2A"/>
  <w14:defaultImageDpi w14:val="300"/>
  <w15:docId w15:val="{A0D8EB15-F16E-4632-9D9D-862B5DB72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eastAsia="Times New Roman" w:hAnsi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AMeta">
    <w:name w:val="MA_Meta"/>
    <w:pPr>
      <w:spacing w:after="60"/>
      <w:jc w:val="center"/>
    </w:pPr>
    <w:rPr>
      <w:rFonts w:ascii="Times New Roman" w:eastAsia="Times New Roman" w:hAnsi="Times New Roman"/>
      <w:color w:val="505A60"/>
      <w:sz w:val="17"/>
    </w:rPr>
  </w:style>
  <w:style w:type="paragraph" w:customStyle="1" w:styleId="MATitle">
    <w:name w:val="MA_Title"/>
    <w:pPr>
      <w:spacing w:after="100"/>
      <w:jc w:val="center"/>
    </w:pPr>
    <w:rPr>
      <w:rFonts w:ascii="Times New Roman" w:eastAsia="Times New Roman" w:hAnsi="Times New Roman"/>
      <w:b/>
      <w:color w:val="002B3C"/>
      <w:sz w:val="32"/>
    </w:rPr>
  </w:style>
  <w:style w:type="paragraph" w:customStyle="1" w:styleId="MATitleEN">
    <w:name w:val="MA_TitleEN"/>
    <w:pPr>
      <w:spacing w:after="140"/>
      <w:jc w:val="center"/>
    </w:pPr>
    <w:rPr>
      <w:rFonts w:ascii="Times New Roman" w:eastAsia="Times New Roman" w:hAnsi="Times New Roman"/>
      <w:i/>
      <w:color w:val="414B52"/>
      <w:sz w:val="24"/>
    </w:rPr>
  </w:style>
  <w:style w:type="paragraph" w:customStyle="1" w:styleId="MAAuthors">
    <w:name w:val="MA_Authors"/>
    <w:pPr>
      <w:spacing w:after="40"/>
      <w:jc w:val="center"/>
    </w:pPr>
    <w:rPr>
      <w:rFonts w:ascii="Times New Roman" w:eastAsia="Times New Roman" w:hAnsi="Times New Roman"/>
      <w:b/>
      <w:color w:val="002B3C"/>
    </w:rPr>
  </w:style>
  <w:style w:type="paragraph" w:customStyle="1" w:styleId="MAAffil">
    <w:name w:val="MA_Affil"/>
    <w:pPr>
      <w:spacing w:after="20"/>
      <w:jc w:val="center"/>
    </w:pPr>
    <w:rPr>
      <w:rFonts w:ascii="Times New Roman" w:eastAsia="Times New Roman" w:hAnsi="Times New Roman"/>
      <w:color w:val="465056"/>
      <w:sz w:val="18"/>
    </w:rPr>
  </w:style>
  <w:style w:type="paragraph" w:customStyle="1" w:styleId="MAH1">
    <w:name w:val="MA_H1"/>
    <w:pPr>
      <w:spacing w:before="160" w:after="60"/>
    </w:pPr>
    <w:rPr>
      <w:rFonts w:ascii="Times New Roman" w:eastAsia="Times New Roman" w:hAnsi="Times New Roman"/>
      <w:b/>
      <w:color w:val="002B3C"/>
      <w:sz w:val="24"/>
    </w:rPr>
  </w:style>
  <w:style w:type="paragraph" w:customStyle="1" w:styleId="MAH2">
    <w:name w:val="MA_H2"/>
    <w:pPr>
      <w:spacing w:before="120" w:after="40"/>
    </w:pPr>
    <w:rPr>
      <w:rFonts w:ascii="Times New Roman" w:eastAsia="Times New Roman" w:hAnsi="Times New Roman"/>
      <w:b/>
      <w:color w:val="007891"/>
    </w:rPr>
  </w:style>
  <w:style w:type="paragraph" w:customStyle="1" w:styleId="MACaption">
    <w:name w:val="MA_Caption"/>
    <w:pPr>
      <w:spacing w:after="80"/>
      <w:jc w:val="center"/>
    </w:pPr>
    <w:rPr>
      <w:rFonts w:ascii="Times New Roman" w:eastAsia="Times New Roman" w:hAnsi="Times New Roman"/>
      <w:i/>
      <w:color w:val="41464B"/>
      <w:sz w:val="18"/>
    </w:rPr>
  </w:style>
  <w:style w:type="paragraph" w:customStyle="1" w:styleId="MANote">
    <w:name w:val="MA_Note"/>
    <w:pPr>
      <w:spacing w:after="60"/>
    </w:pPr>
    <w:rPr>
      <w:rFonts w:ascii="Times New Roman" w:eastAsia="Times New Roman" w:hAnsi="Times New Roman"/>
      <w:i/>
      <w:color w:val="4B5055"/>
      <w:sz w:val="18"/>
    </w:rPr>
  </w:style>
  <w:style w:type="paragraph" w:customStyle="1" w:styleId="MARef">
    <w:name w:val="MA_Ref"/>
    <w:pPr>
      <w:spacing w:after="60"/>
    </w:pPr>
    <w:rPr>
      <w:rFonts w:ascii="Times New Roman" w:eastAsia="Times New Roman" w:hAnsi="Times New Roman"/>
      <w:color w:val="19191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1072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oficial de artículo científico - Mentores Académicos</dc:title>
  <dc:subject>Plantilla para envío de artículos científicos a Mentores Académicos: Revista Multidisciplinar de Investigación Científica</dc:subject>
  <dc:creator>GIPTEDU S.A.S.</dc:creator>
  <cp:keywords>Mentores Académicos, plantilla, artículo científico, GIPTEDU, APA 7, CRediT, OJS</cp:keywords>
  <dc:description>Plantilla de uso editorial para autores. Versión 2026.</dc:description>
  <cp:lastModifiedBy>USER</cp:lastModifiedBy>
  <cp:revision>3</cp:revision>
  <dcterms:created xsi:type="dcterms:W3CDTF">2013-12-23T23:15:00Z</dcterms:created>
  <dcterms:modified xsi:type="dcterms:W3CDTF">2026-09-29T17:49:00Z</dcterms:modified>
  <cp:category/>
</cp:coreProperties>
</file>